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470" w:rsidRDefault="00B20378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-937260</wp:posOffset>
            </wp:positionH>
            <wp:positionV relativeFrom="paragraph">
              <wp:posOffset>-419100</wp:posOffset>
            </wp:positionV>
            <wp:extent cx="1424940" cy="1424940"/>
            <wp:effectExtent l="0" t="0" r="3810" b="381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986A20"/>
          <w:sz w:val="36"/>
        </w:rPr>
        <w:t>REGULAMIN KONKURSU FOTOGRAFICZN</w:t>
      </w:r>
      <w:bookmarkStart w:id="0" w:name="_GoBack"/>
      <w:bookmarkEnd w:id="0"/>
      <w:r>
        <w:rPr>
          <w:b/>
          <w:color w:val="986A20"/>
          <w:sz w:val="36"/>
        </w:rPr>
        <w:t>EGO</w:t>
      </w:r>
      <w:r>
        <w:rPr>
          <w:b/>
          <w:color w:val="986A20"/>
          <w:sz w:val="36"/>
        </w:rPr>
        <w:br/>
        <w:t>„ZŁOTA GODZINA JESIENI”</w:t>
      </w:r>
    </w:p>
    <w:p w:rsidR="00316470" w:rsidRDefault="00B20378">
      <w:pPr>
        <w:jc w:val="center"/>
      </w:pPr>
      <w:proofErr w:type="spellStart"/>
      <w:r>
        <w:t>Zespół</w:t>
      </w:r>
      <w:proofErr w:type="spellEnd"/>
      <w:r>
        <w:t xml:space="preserve"> </w:t>
      </w:r>
      <w:proofErr w:type="spellStart"/>
      <w:r>
        <w:t>Szkół</w:t>
      </w:r>
      <w:proofErr w:type="spellEnd"/>
      <w:r>
        <w:t xml:space="preserve"> </w:t>
      </w:r>
      <w:proofErr w:type="spellStart"/>
      <w:r>
        <w:t>Ponadpodstawowych</w:t>
      </w:r>
      <w:proofErr w:type="spellEnd"/>
      <w:r>
        <w:t xml:space="preserve"> </w:t>
      </w:r>
      <w:proofErr w:type="spellStart"/>
      <w:r>
        <w:t>im</w:t>
      </w:r>
      <w:proofErr w:type="spellEnd"/>
      <w:r>
        <w:t>. Jana Pawła II w Czarnem</w:t>
      </w:r>
      <w:r>
        <w:br/>
        <w:t>Rok szkolny 2026/2027</w:t>
      </w:r>
    </w:p>
    <w:p w:rsidR="00316470" w:rsidRDefault="00B20378">
      <w:pPr>
        <w:pStyle w:val="Nagwek2"/>
      </w:pPr>
      <w:r>
        <w:t>1. Organizator i uczestnicy</w:t>
      </w:r>
    </w:p>
    <w:p w:rsidR="00316470" w:rsidRDefault="00B20378">
      <w:proofErr w:type="spellStart"/>
      <w:r>
        <w:t>Organizatorem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jest </w:t>
      </w:r>
      <w:proofErr w:type="spellStart"/>
      <w:r>
        <w:t>Zespół</w:t>
      </w:r>
      <w:proofErr w:type="spellEnd"/>
      <w:r>
        <w:t xml:space="preserve"> Szkół Ponadpodstawowych im. Jana Pawła II w Czarnem.</w:t>
      </w:r>
      <w:r>
        <w:t xml:space="preserve"> Konkurs jest przeznaczony dla wszystkich uczniów szkoły, niezależnie od kierunku kształcenia i doświadczenia fotograficznego.</w:t>
      </w:r>
    </w:p>
    <w:p w:rsidR="00316470" w:rsidRDefault="00B20378">
      <w:proofErr w:type="spellStart"/>
      <w:r>
        <w:t>Udział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 jest dobrowolny i bezpłatny. Prace zgłaszane są indywidualnie.</w:t>
      </w:r>
    </w:p>
    <w:p w:rsidR="00316470" w:rsidRDefault="00B20378">
      <w:pPr>
        <w:pStyle w:val="Nagwek2"/>
      </w:pPr>
      <w:r>
        <w:t>2. Cele konkursu</w:t>
      </w:r>
    </w:p>
    <w:p w:rsidR="00316470" w:rsidRDefault="00B20378">
      <w:proofErr w:type="spellStart"/>
      <w:r>
        <w:t>Rozwijanie</w:t>
      </w:r>
      <w:proofErr w:type="spellEnd"/>
      <w:r>
        <w:t xml:space="preserve"> </w:t>
      </w:r>
      <w:proofErr w:type="spellStart"/>
      <w:r>
        <w:t>kreatywności</w:t>
      </w:r>
      <w:proofErr w:type="spellEnd"/>
      <w:r>
        <w:t xml:space="preserve">, </w:t>
      </w:r>
      <w:proofErr w:type="spellStart"/>
      <w:r>
        <w:t>wrażl</w:t>
      </w:r>
      <w:r>
        <w:t>iwości</w:t>
      </w:r>
      <w:proofErr w:type="spellEnd"/>
      <w:r>
        <w:t xml:space="preserve"> </w:t>
      </w:r>
      <w:proofErr w:type="spellStart"/>
      <w:r>
        <w:t>estetycznej</w:t>
      </w:r>
      <w:proofErr w:type="spellEnd"/>
      <w:r>
        <w:t xml:space="preserve"> i umiejętności obserwowania otoczenia.</w:t>
      </w:r>
    </w:p>
    <w:p w:rsidR="00316470" w:rsidRDefault="00B20378">
      <w:proofErr w:type="spellStart"/>
      <w:r>
        <w:t>Zachęcanie</w:t>
      </w:r>
      <w:proofErr w:type="spellEnd"/>
      <w:r>
        <w:t xml:space="preserve"> do </w:t>
      </w:r>
      <w:proofErr w:type="spellStart"/>
      <w:r>
        <w:t>odkrywania</w:t>
      </w:r>
      <w:proofErr w:type="spellEnd"/>
      <w:r>
        <w:t xml:space="preserve"> </w:t>
      </w:r>
      <w:proofErr w:type="spellStart"/>
      <w:r>
        <w:t>piękna</w:t>
      </w:r>
      <w:proofErr w:type="spellEnd"/>
      <w:r>
        <w:t xml:space="preserve"> jesieni oraz świadomego wykorzystania światła, koloru i kompozycji.</w:t>
      </w:r>
    </w:p>
    <w:p w:rsidR="00316470" w:rsidRDefault="00B20378">
      <w:proofErr w:type="spellStart"/>
      <w:r>
        <w:t>Promowanie</w:t>
      </w:r>
      <w:proofErr w:type="spellEnd"/>
      <w:r>
        <w:t xml:space="preserve"> </w:t>
      </w:r>
      <w:proofErr w:type="spellStart"/>
      <w:r>
        <w:t>fotografii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wyrażania emocji, opowiadania historii i prezentowania własnego</w:t>
      </w:r>
      <w:r>
        <w:t xml:space="preserve"> spojrzenia na świat.</w:t>
      </w:r>
    </w:p>
    <w:p w:rsidR="00316470" w:rsidRDefault="00B20378">
      <w:pPr>
        <w:pStyle w:val="Nagwek2"/>
      </w:pPr>
      <w:r>
        <w:t>3. Temat konkursu</w:t>
      </w:r>
    </w:p>
    <w:p w:rsidR="00316470" w:rsidRDefault="00B20378">
      <w:proofErr w:type="spellStart"/>
      <w:r>
        <w:t>Tematem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jest „</w:t>
      </w:r>
      <w:proofErr w:type="spellStart"/>
      <w:r>
        <w:t>Złota</w:t>
      </w:r>
      <w:proofErr w:type="spellEnd"/>
      <w:r>
        <w:t xml:space="preserve"> godzina jesieni” – uchwycenie jesiennego nastroju w ciepłym, miękkim świetle nisko położonego słońca, krótko po wschodzie lub przed zachodem. Czas trwania tego światła zależy od warunków </w:t>
      </w:r>
      <w:r>
        <w:t>i nie musi wynosić dokładnie godziny.</w:t>
      </w:r>
    </w:p>
    <w:p w:rsidR="00316470" w:rsidRDefault="00B20378">
      <w:proofErr w:type="spellStart"/>
      <w:r>
        <w:t>Wykorzystajcie</w:t>
      </w:r>
      <w:proofErr w:type="spellEnd"/>
      <w:r>
        <w:t xml:space="preserve"> </w:t>
      </w:r>
      <w:proofErr w:type="spellStart"/>
      <w:r>
        <w:t>jesienne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: </w:t>
      </w:r>
      <w:proofErr w:type="spellStart"/>
      <w:r>
        <w:t>zmieniające</w:t>
      </w:r>
      <w:proofErr w:type="spellEnd"/>
      <w:r>
        <w:t xml:space="preserve"> się kolory liści, poranne mgły, rosę, wydłużone cienie, odbicia i światło przenikające przez korony drzew. Obserwujcie, jak zwykłe miejsca zyskują wyjątkowy charakter.</w:t>
      </w:r>
    </w:p>
    <w:p w:rsidR="00316470" w:rsidRDefault="00B20378">
      <w:proofErr w:type="spellStart"/>
      <w:r>
        <w:t>Liczy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pomysł</w:t>
      </w:r>
      <w:proofErr w:type="spellEnd"/>
      <w:r>
        <w:t>! Temat można przedstawić poprzez krajobraz, detal, portret, martwą naturę, scenę z codziennego życia lub fotograficzną abstrakcję. Fotografia powinna łączyć czytelny jesienny akcent z twórczym wykorzystaniem światła.</w:t>
      </w:r>
    </w:p>
    <w:p w:rsidR="00316470" w:rsidRDefault="00B20378">
      <w:proofErr w:type="spellStart"/>
      <w:r>
        <w:t>Poszukajcie</w:t>
      </w:r>
      <w:proofErr w:type="spellEnd"/>
      <w:r>
        <w:t xml:space="preserve"> </w:t>
      </w:r>
      <w:proofErr w:type="spellStart"/>
      <w:r>
        <w:t>własnej</w:t>
      </w:r>
      <w:proofErr w:type="spellEnd"/>
      <w:r>
        <w:t xml:space="preserve"> </w:t>
      </w:r>
      <w:proofErr w:type="spellStart"/>
      <w:r>
        <w:t>interpretac</w:t>
      </w:r>
      <w:r>
        <w:t>ji</w:t>
      </w:r>
      <w:proofErr w:type="spellEnd"/>
      <w:r>
        <w:t xml:space="preserve">: </w:t>
      </w:r>
      <w:proofErr w:type="spellStart"/>
      <w:r>
        <w:t>historii</w:t>
      </w:r>
      <w:proofErr w:type="spellEnd"/>
      <w:r>
        <w:t xml:space="preserve"> ukrytej w kadrze, nietypowej perspektywy, gry cieni, odbicia w kałuży albo jesiennej emocji. Samo pokazanie kolorowych liści nie zastępuje świadomego pomysłu.</w:t>
      </w:r>
    </w:p>
    <w:p w:rsidR="00316470" w:rsidRDefault="00B20378">
      <w:pPr>
        <w:pStyle w:val="Nagwek2"/>
      </w:pPr>
      <w:r>
        <w:t>4. Zasady przygotowania prac</w:t>
      </w:r>
    </w:p>
    <w:p w:rsidR="00316470" w:rsidRDefault="00B20378">
      <w:proofErr w:type="spellStart"/>
      <w:r>
        <w:t>Każdy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zgłosić</w:t>
      </w:r>
      <w:proofErr w:type="spellEnd"/>
      <w:r>
        <w:t xml:space="preserve"> maksymalnie 3 fotografie. </w:t>
      </w:r>
      <w:r>
        <w:t>Każde zdjęcie oceniane jest osobno.</w:t>
      </w:r>
    </w:p>
    <w:p w:rsidR="00316470" w:rsidRDefault="00B20378">
      <w:proofErr w:type="spellStart"/>
      <w:r>
        <w:t>Fotografie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wykonać</w:t>
      </w:r>
      <w:proofErr w:type="spellEnd"/>
      <w:r>
        <w:t xml:space="preserve"> </w:t>
      </w:r>
      <w:proofErr w:type="spellStart"/>
      <w:r>
        <w:t>samodzielnie</w:t>
      </w:r>
      <w:proofErr w:type="spellEnd"/>
      <w:r>
        <w:t xml:space="preserve"> w sezonie jesiennym 2026 roku. Można używać aparatu fotograficznego lub smartfona. </w:t>
      </w:r>
      <w:proofErr w:type="spellStart"/>
      <w:r>
        <w:t>Prace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przekazać</w:t>
      </w:r>
      <w:proofErr w:type="spellEnd"/>
      <w:r>
        <w:t xml:space="preserve"> w formacie JPG/JPEG, w możl</w:t>
      </w:r>
      <w:r>
        <w:t xml:space="preserve">iwie wysokiej jakości, zalecany dłuższy bok: co najmniej 2000 pikseli. Dopuszczalne są kadry poziome, pionowe i kwadratowe. </w:t>
      </w:r>
      <w:proofErr w:type="spellStart"/>
      <w:r>
        <w:t>Dozwolona</w:t>
      </w:r>
      <w:proofErr w:type="spellEnd"/>
      <w:r>
        <w:t xml:space="preserve"> jest </w:t>
      </w:r>
      <w:proofErr w:type="spellStart"/>
      <w:r>
        <w:t>podstawowa</w:t>
      </w:r>
      <w:proofErr w:type="spellEnd"/>
      <w:r>
        <w:t xml:space="preserve"> </w:t>
      </w:r>
      <w:proofErr w:type="spellStart"/>
      <w:r>
        <w:t>obróbka</w:t>
      </w:r>
      <w:proofErr w:type="spellEnd"/>
      <w:r>
        <w:t>: kadrowanie, prostowanie, korekta ek</w:t>
      </w:r>
      <w:r>
        <w:t>spozycji, balansu bieli, kontrastu i kolorów. Niedozwolone są fotomontaże, dodawanie lub usuwanie istotnych elementów sceny oraz generowanie obrazów lub ich fragmentów za pomocą AI.</w:t>
      </w:r>
    </w:p>
    <w:p w:rsidR="00316470" w:rsidRDefault="00B20378">
      <w:proofErr w:type="spellStart"/>
      <w:r>
        <w:lastRenderedPageBreak/>
        <w:t>Organizator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poprosić</w:t>
      </w:r>
      <w:proofErr w:type="spellEnd"/>
      <w:r>
        <w:t xml:space="preserve"> o oryginalny plik zdjęcia w celu potwierdzenia s</w:t>
      </w:r>
      <w:r>
        <w:t>amodzielnego wykonania pracy.</w:t>
      </w:r>
    </w:p>
    <w:p w:rsidR="00316470" w:rsidRDefault="00B20378">
      <w:pPr>
        <w:pStyle w:val="Nagwek2"/>
      </w:pPr>
      <w:r>
        <w:t>5. Zgłoszenie i terminy</w:t>
      </w:r>
    </w:p>
    <w:p w:rsidR="00316470" w:rsidRDefault="00B20378">
      <w:r>
        <w:t xml:space="preserve">Termin nadsyłania </w:t>
      </w:r>
      <w:proofErr w:type="spellStart"/>
      <w:r>
        <w:t>prac</w:t>
      </w:r>
      <w:proofErr w:type="spellEnd"/>
      <w:r>
        <w:t xml:space="preserve">: do </w:t>
      </w:r>
      <w:proofErr w:type="spellStart"/>
      <w:r>
        <w:t>końca</w:t>
      </w:r>
      <w:proofErr w:type="spellEnd"/>
      <w:r>
        <w:t xml:space="preserve"> </w:t>
      </w:r>
      <w:proofErr w:type="spellStart"/>
      <w:r>
        <w:t>listopada</w:t>
      </w:r>
      <w:proofErr w:type="spellEnd"/>
    </w:p>
    <w:p w:rsidR="00316470" w:rsidRDefault="00B20378">
      <w:r>
        <w:t xml:space="preserve">Sposób przekazania prac / </w:t>
      </w:r>
      <w:proofErr w:type="spellStart"/>
      <w:r>
        <w:t>adres</w:t>
      </w:r>
      <w:proofErr w:type="spellEnd"/>
      <w:r>
        <w:t xml:space="preserve"> e-mail: andrusieczko.lidia@gmail.com</w:t>
      </w:r>
    </w:p>
    <w:p w:rsidR="00316470" w:rsidRDefault="00B20378">
      <w:proofErr w:type="spellStart"/>
      <w:r>
        <w:t>Koordynator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: Lidia </w:t>
      </w:r>
      <w:proofErr w:type="spellStart"/>
      <w:r>
        <w:t>Andrusieczko</w:t>
      </w:r>
      <w:proofErr w:type="spellEnd"/>
    </w:p>
    <w:p w:rsidR="00316470" w:rsidRDefault="00B20378">
      <w:proofErr w:type="spellStart"/>
      <w:r>
        <w:t>Plik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nazwać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wzoru: Nazwisko_Imie_Klasa_01.jpg. W zgłoszeniu należy podać imię i nazwisko, klasę, tytuł każdej fotografii oraz datę i miejsce jej wykonania. Można dołączyć krótki opis pomysłu (maksymalnie 3 zdania).</w:t>
      </w:r>
    </w:p>
    <w:p w:rsidR="00316470" w:rsidRDefault="00B20378">
      <w:r>
        <w:t>Prac</w:t>
      </w:r>
      <w:r>
        <w:t>e przesłane po terminie lub niezgodne z regulaminem nie będą oceniane.</w:t>
      </w:r>
    </w:p>
    <w:p w:rsidR="00316470" w:rsidRDefault="00B20378">
      <w:pPr>
        <w:pStyle w:val="Nagwek2"/>
      </w:pPr>
      <w:r>
        <w:t>6</w:t>
      </w:r>
      <w:r>
        <w:t>. Wyniki i wyróżnienia</w:t>
      </w:r>
    </w:p>
    <w:p w:rsidR="00316470" w:rsidRDefault="00B20378">
      <w:r>
        <w:t>Jury wyłoni laureatów I, II i III miejsca oraz może przyznać wyróżnienia, w szczególności za najbardziej kreatywną interpretację tematu.</w:t>
      </w:r>
    </w:p>
    <w:p w:rsidR="00316470" w:rsidRDefault="00B20378">
      <w:r>
        <w:t>Laureaci otrzymają dyplomy. Ewen</w:t>
      </w:r>
      <w:r>
        <w:t>tualne nagrody rzeczowe organizator ogłosi w komunikacie konkursowym.</w:t>
      </w:r>
    </w:p>
    <w:p w:rsidR="00316470" w:rsidRDefault="00B20378">
      <w:r>
        <w:t>Wybrane fotografie mogą zostać zaprezentowane na szkolnej wystawie. Publikacja w internecie wymaga odrębnej zgody, zgodnie z zasadami stosowanymi w szkole.</w:t>
      </w:r>
    </w:p>
    <w:p w:rsidR="00316470" w:rsidRDefault="00B20378">
      <w:pPr>
        <w:pStyle w:val="Nagwek2"/>
      </w:pPr>
      <w:r>
        <w:t>8. Autorstwo, prezentacja i be</w:t>
      </w:r>
      <w:r>
        <w:t>zpieczeństwo</w:t>
      </w:r>
    </w:p>
    <w:p w:rsidR="00316470" w:rsidRDefault="00B20378">
      <w:r>
        <w:t>Uczestnik zgłasza wyłącznie własne fotografie i podaje prawdziwe dane dotyczące ich wykonania. Zachowuje prawa autorskie do swoich prac.</w:t>
      </w:r>
    </w:p>
    <w:p w:rsidR="00316470" w:rsidRDefault="00B20378">
      <w:r>
        <w:t>Zgłoszenie pracy obejmuje zgodę na jej nieodpłatne wykorzystanie do oceny przez jury i prezentacji na wyst</w:t>
      </w:r>
      <w:r>
        <w:t>awie konkursowej w szkole, z podaniem autora i klasy. Wykorzystanie poza tym zakresem wymaga odrębnego uzgodnienia.</w:t>
      </w:r>
    </w:p>
    <w:p w:rsidR="00316470" w:rsidRDefault="00B20378">
      <w:r>
        <w:t>Jeżeli na zdjęciu występuje rozpoznawalna osoba, uczestnik powinien uzyskać jej zgodę na zgłoszenie i prezentację fotografii; w przypadku os</w:t>
      </w:r>
      <w:r>
        <w:t>oby niepełnoletniej – także zgodę jej rodzica lub opiekuna.</w:t>
      </w:r>
    </w:p>
    <w:p w:rsidR="00316470" w:rsidRDefault="00B20378">
      <w:r>
        <w:t>Fotografowanie należy prowadzić bezpiecznie, z poszanowaniem przyrody, cudzej własności oraz prywatności innych osób. Nie należy wchodzić na jezdnię, tory, teren prywatny ani inne niebezpieczne mi</w:t>
      </w:r>
      <w:r>
        <w:t>ejsca dla uzyskania kadru.</w:t>
      </w:r>
    </w:p>
    <w:p w:rsidR="00316470" w:rsidRDefault="00B20378">
      <w:r>
        <w:t xml:space="preserve">Dane uczestników służą organizacji konkursu, kontaktowi, ocenie i ogłoszeniu wyników. </w:t>
      </w:r>
    </w:p>
    <w:p w:rsidR="00316470" w:rsidRDefault="00B20378">
      <w:pPr>
        <w:pStyle w:val="Nagwek2"/>
      </w:pPr>
      <w:r>
        <w:t>9. Postano</w:t>
      </w:r>
      <w:r>
        <w:t>wienia końcowe</w:t>
      </w:r>
    </w:p>
    <w:p w:rsidR="00316470" w:rsidRDefault="00B20378">
      <w:r>
        <w:t xml:space="preserve">Przesłanie prac oznacza zapoznanie się z regulaminem i akceptację zasad udziału. </w:t>
      </w:r>
      <w:r>
        <w:t xml:space="preserve">W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organizacyjnych</w:t>
      </w:r>
      <w:proofErr w:type="spellEnd"/>
      <w:r>
        <w:t xml:space="preserve"> </w:t>
      </w:r>
      <w:proofErr w:type="spellStart"/>
      <w:r>
        <w:t>ni</w:t>
      </w:r>
      <w:r>
        <w:t>eopisanych</w:t>
      </w:r>
      <w:proofErr w:type="spellEnd"/>
      <w:r>
        <w:t xml:space="preserve"> w regulaminie decyzję podejmuje organizator. Ewentualne zmiany terminów zostaną przekazane uczestnikom tym samym kanałem, którym ogłoszono konkurs.</w:t>
      </w:r>
    </w:p>
    <w:p w:rsidR="00316470" w:rsidRDefault="00B20378">
      <w:pPr>
        <w:jc w:val="center"/>
      </w:pPr>
      <w:r>
        <w:rPr>
          <w:b/>
        </w:rPr>
        <w:t>Zatrzymaj jesień w kadrze. Niech światło opowie Twoją historię!</w:t>
      </w:r>
    </w:p>
    <w:sectPr w:rsidR="00316470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6470"/>
    <w:rsid w:val="00326F90"/>
    <w:rsid w:val="00AA1D8D"/>
    <w:rsid w:val="00B2037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69DF9"/>
  <w14:defaultImageDpi w14:val="300"/>
  <w15:docId w15:val="{DB3FD3A3-1E28-4522-9553-A014B3B3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57E4D4-188A-4258-B213-C7211014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Lidia Andrusieczko</cp:lastModifiedBy>
  <cp:revision>2</cp:revision>
  <dcterms:created xsi:type="dcterms:W3CDTF">2026-10-06T17:48:00Z</dcterms:created>
  <dcterms:modified xsi:type="dcterms:W3CDTF">2026-10-06T17:48:00Z</dcterms:modified>
  <cp:category/>
</cp:coreProperties>
</file>