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REGULAMIN KONKURSU</w:t>
      </w:r>
    </w:p>
    <w:p>
      <w:pPr>
        <w:jc w:val="center"/>
      </w:pPr>
      <w:r>
        <w:rPr>
          <w:b/>
          <w:sz w:val="30"/>
        </w:rPr>
        <w:t>„Podziel się swoim doświadczeniem z Erasmus+”</w:t>
      </w:r>
    </w:p>
    <w:p>
      <w:pPr>
        <w:jc w:val="center"/>
      </w:pPr>
      <w:r>
        <w:rPr>
          <w:i/>
          <w:sz w:val="21"/>
        </w:rPr>
        <w:t>organizowanego w ramach Dni Erasmusa</w:t>
        <w:br/>
        <w:t>w Zespole Szkół Ponadpodstawowych im. Jana Pawła II w Czarnem</w:t>
      </w:r>
    </w:p>
    <w:p>
      <w:pPr>
        <w:pBdr>
          <w:bottom w:val="single" w:sz="8" w:space="1" w:color="1F4E79"/>
        </w:pBdr>
      </w:pPr>
    </w:p>
    <w:p>
      <w:pPr>
        <w:spacing w:before="140" w:after="60"/>
      </w:pPr>
      <w:r>
        <w:rPr>
          <w:b/>
          <w:color w:val="1F4E79"/>
          <w:sz w:val="24"/>
        </w:rPr>
        <w:t>§1. Organizator konkursu</w:t>
      </w:r>
    </w:p>
    <w:p>
      <w:pPr>
        <w:spacing w:after="60" w:line="252" w:lineRule="auto"/>
      </w:pPr>
      <w:r>
        <w:t>Organizatorem konkursu „Podziel się swoim doświadczeniem z Erasmus+” są Językowcy Zespołu Szkół Ponadpodstawowych im. Jana Pawła II w Czarnem.</w:t>
      </w:r>
    </w:p>
    <w:p>
      <w:pPr>
        <w:spacing w:after="60" w:line="252" w:lineRule="auto"/>
      </w:pPr>
      <w:r>
        <w:t>Konkurs organizowany jest w ramach obchodów Dni Erasmusa w szkole.</w:t>
      </w:r>
    </w:p>
    <w:p>
      <w:pPr>
        <w:spacing w:after="60" w:line="252" w:lineRule="auto"/>
      </w:pPr>
      <w:r>
        <w:t>Celem konkursu jest promocja programu Erasmus+ oraz zachęcenie uczniów do korzystania z możliwości udziału w zagranicznych wyjazdach edukacyjnych.</w:t>
      </w:r>
    </w:p>
    <w:p>
      <w:pPr>
        <w:spacing w:before="140" w:after="60"/>
      </w:pPr>
      <w:r>
        <w:rPr>
          <w:b/>
          <w:color w:val="1F4E79"/>
          <w:sz w:val="24"/>
        </w:rPr>
        <w:t>§2. Uczestnicy konkursu</w:t>
      </w:r>
    </w:p>
    <w:p>
      <w:pPr>
        <w:spacing w:after="60" w:line="252" w:lineRule="auto"/>
      </w:pPr>
      <w:r>
        <w:t>Konkurs skierowany jest do uczniów Zespołu Szkół Ponadpodstawowych im. Jana Pawła II w Czarnem, którzy brali udział w programie Erasmus+.</w:t>
      </w:r>
    </w:p>
    <w:p>
      <w:pPr>
        <w:spacing w:after="60" w:line="252" w:lineRule="auto"/>
      </w:pPr>
      <w:r>
        <w:t>Udział w konkursie jest dobrowolny i bezpłatny.</w:t>
      </w:r>
    </w:p>
    <w:p>
      <w:pPr>
        <w:spacing w:after="60" w:line="252" w:lineRule="auto"/>
      </w:pPr>
      <w:r>
        <w:t>Uczestnik może zgłosić jeden film konkursowy.</w:t>
      </w:r>
    </w:p>
    <w:p>
      <w:pPr>
        <w:spacing w:before="140" w:after="60"/>
      </w:pPr>
      <w:r>
        <w:rPr>
          <w:b/>
          <w:color w:val="1F4E79"/>
          <w:sz w:val="24"/>
        </w:rPr>
        <w:t>§3. Zadanie konkursowe</w:t>
      </w:r>
    </w:p>
    <w:p>
      <w:pPr>
        <w:spacing w:after="60" w:line="252" w:lineRule="auto"/>
      </w:pPr>
      <w:r>
        <w:t>Zadaniem uczestnika jest przygotowanie krótkiego filmu, którego maksymalna długość wynosi 1 minutę.</w:t>
      </w:r>
    </w:p>
    <w:p>
      <w:pPr>
        <w:spacing w:after="60" w:line="252" w:lineRule="auto"/>
      </w:pPr>
      <w:r>
        <w:t>Film powinien przedstawiać osobiste doświadczenia uczestnika związane z udziałem w programie Erasmus+.</w:t>
      </w:r>
    </w:p>
    <w:p>
      <w:pPr>
        <w:spacing w:after="60" w:line="252" w:lineRule="auto"/>
      </w:pPr>
      <w:r>
        <w:t>W filmie uczestnik powinien odpowiedzieć na następujące pytania:</w:t>
      </w:r>
    </w:p>
    <w:p>
      <w:pPr>
        <w:spacing w:after="60" w:line="252" w:lineRule="auto"/>
      </w:pPr>
      <w:r>
        <w:t>• Jak wyglądał Twój pobyt za granicą?</w:t>
        <w:br/>
        <w:t>• Co dał Ci udział w wyjeździe?</w:t>
        <w:br/>
        <w:t>• Czego nauczyłeś/nauczyłaś się podczas wyjazdu?</w:t>
        <w:br/>
        <w:t>• Czy polecasz innym udział w programie Erasmus+? Dlaczego?</w:t>
      </w:r>
    </w:p>
    <w:p>
      <w:pPr>
        <w:spacing w:after="60" w:line="252" w:lineRule="auto"/>
      </w:pPr>
      <w:r>
        <w:t>Film może mieć dowolną formę, np. krótkiej wypowiedzi, relacji, vloga, prezentacji zdjęć z komentarzem lub kreatywnego filmu promującego program Erasmus+.</w:t>
      </w:r>
    </w:p>
    <w:p>
      <w:pPr>
        <w:spacing w:after="60" w:line="252" w:lineRule="auto"/>
      </w:pPr>
      <w:r>
        <w:t>Materiał powinien być wykonany samodzielnie przez uczestnika.</w:t>
      </w:r>
    </w:p>
    <w:p>
      <w:pPr>
        <w:spacing w:before="140" w:after="60"/>
      </w:pPr>
      <w:r>
        <w:rPr>
          <w:b/>
          <w:color w:val="1F4E79"/>
          <w:sz w:val="24"/>
        </w:rPr>
        <w:t>§4. Termin i sposób zgłaszania prac</w:t>
      </w:r>
    </w:p>
    <w:p>
      <w:pPr>
        <w:spacing w:after="60" w:line="252" w:lineRule="auto"/>
      </w:pPr>
      <w:r>
        <w:t>Film konkursowy należy dostarczyć do dnia 14 października do pani Martyny.</w:t>
      </w:r>
    </w:p>
    <w:p>
      <w:pPr>
        <w:spacing w:after="60" w:line="252" w:lineRule="auto"/>
      </w:pPr>
      <w:r>
        <w:t>Prace dostarczone po wyznaczonym terminie mogą nie zostać dopuszczone do konkursu.</w:t>
      </w:r>
    </w:p>
    <w:p>
      <w:pPr>
        <w:spacing w:after="60" w:line="252" w:lineRule="auto"/>
      </w:pPr>
      <w:r>
        <w:t>Przekazanie filmu jest równoznaczne z akceptacją niniejszego Regulaminu.</w:t>
      </w:r>
    </w:p>
    <w:p>
      <w:pPr>
        <w:spacing w:before="140" w:after="60"/>
      </w:pPr>
      <w:r>
        <w:rPr>
          <w:b/>
          <w:color w:val="1F4E79"/>
          <w:sz w:val="24"/>
        </w:rPr>
        <w:t>§5. Kryteria oceny</w:t>
      </w:r>
    </w:p>
    <w:p>
      <w:pPr>
        <w:spacing w:after="60" w:line="252" w:lineRule="auto"/>
      </w:pPr>
      <w:r>
        <w:t>Prace konkursowe będą oceniane pod względem:</w:t>
      </w:r>
    </w:p>
    <w:p>
      <w:pPr>
        <w:spacing w:after="60" w:line="252" w:lineRule="auto"/>
      </w:pPr>
      <w:r>
        <w:t>• zgodności z tematyką konkursu,</w:t>
        <w:br/>
        <w:t>• oryginalności i kreatywności,</w:t>
        <w:br/>
        <w:t>• wartości przekazu i autentyczności przedstawionych doświadczeń,</w:t>
        <w:br/>
        <w:t>• sposobu zachęcenia innych uczniów do udziału w programie Erasmus+,</w:t>
        <w:br/>
        <w:t>• ogólnego wrażenia artystycznego i jakości wykonania filmu.</w:t>
      </w:r>
    </w:p>
    <w:p>
      <w:pPr>
        <w:spacing w:before="140" w:after="60"/>
      </w:pPr>
      <w:r>
        <w:rPr>
          <w:b/>
          <w:color w:val="1F4E79"/>
          <w:sz w:val="24"/>
        </w:rPr>
        <w:t>§6. Nagrody</w:t>
      </w:r>
    </w:p>
    <w:p>
      <w:pPr>
        <w:spacing w:after="60" w:line="252" w:lineRule="auto"/>
      </w:pPr>
      <w:r>
        <w:t>Na zwycięzców konkursu czekają atrakcyjne nagrody.</w:t>
      </w:r>
    </w:p>
    <w:p>
      <w:pPr>
        <w:spacing w:after="60" w:line="252" w:lineRule="auto"/>
      </w:pPr>
      <w:r>
        <w:t>Organizator zastrzega sobie prawo do przyznania dodatkowych wyróżnień.</w:t>
      </w:r>
    </w:p>
    <w:p>
      <w:pPr>
        <w:spacing w:after="60" w:line="252" w:lineRule="auto"/>
      </w:pPr>
      <w:r>
        <w:t>Wyniki konkursu zostaną ogłoszone podczas obchodów Dni Erasmusa lub w terminie wskazanym przez Organizatora.</w:t>
      </w:r>
    </w:p>
    <w:p>
      <w:pPr>
        <w:spacing w:before="140" w:after="60"/>
      </w:pPr>
      <w:r>
        <w:rPr>
          <w:b/>
          <w:color w:val="1F4E79"/>
          <w:sz w:val="24"/>
        </w:rPr>
        <w:t>§7. Prawa autorskie i zgoda na publikację</w:t>
      </w:r>
    </w:p>
    <w:p>
      <w:pPr>
        <w:spacing w:after="60" w:line="252" w:lineRule="auto"/>
      </w:pPr>
      <w:r>
        <w:t>Uczestnik, przesyłając film konkursowy, oświadcza, że jest jego autorem oraz że posiada prawa do wykorzystania wszystkich elementów znajdujących się w filmie.</w:t>
      </w:r>
    </w:p>
    <w:p>
      <w:pPr>
        <w:spacing w:after="60" w:line="252" w:lineRule="auto"/>
      </w:pPr>
      <w:r>
        <w:t>Uczestnik zobowiązuje się, że zgłoszona praca nie narusza praw autorskich, praw do wizerunku ani innych praw osób trzecich.</w:t>
      </w:r>
    </w:p>
    <w:p>
      <w:pPr>
        <w:spacing w:after="60" w:line="252" w:lineRule="auto"/>
      </w:pPr>
      <w:r>
        <w:t>Przesłanie filmu oznacza wyrażenie przez uczestnika zgody na jego publikację i wykorzystanie przez Organizatora w celach związanych z promocją programu Erasmus+, konkursu oraz działalności szkoły.</w:t>
      </w:r>
    </w:p>
    <w:p>
      <w:pPr>
        <w:spacing w:after="60" w:line="252" w:lineRule="auto"/>
      </w:pPr>
      <w:r>
        <w:t>Film może zostać opublikowany w szczególności na stronie internetowej szkoły, szkolnych profilach w mediach społecznościowych, materiałach promocyjnych oraz podczas wydarzeń szkolnych.</w:t>
      </w:r>
    </w:p>
    <w:p>
      <w:pPr>
        <w:spacing w:after="60" w:line="252" w:lineRule="auto"/>
      </w:pPr>
      <w:r>
        <w:t>Uczestnik odpowiada za uzyskanie wymaganych zgód od osób, których wizerunek lub inne chronione elementy zostały wykorzystane w filmie.</w:t>
      </w:r>
    </w:p>
    <w:p>
      <w:pPr>
        <w:spacing w:before="140" w:after="60"/>
      </w:pPr>
      <w:r>
        <w:rPr>
          <w:b/>
          <w:color w:val="1F4E79"/>
          <w:sz w:val="24"/>
        </w:rPr>
        <w:t>§8. Postanowienia końcowe</w:t>
      </w:r>
    </w:p>
    <w:p>
      <w:pPr>
        <w:spacing w:after="60" w:line="252" w:lineRule="auto"/>
      </w:pPr>
      <w:r>
        <w:t>Udział w konkursie oznacza akceptację niniejszego Regulaminu.</w:t>
      </w:r>
    </w:p>
    <w:p>
      <w:pPr>
        <w:spacing w:after="60" w:line="252" w:lineRule="auto"/>
      </w:pPr>
      <w:r>
        <w:t>Organizator zastrzega sobie prawo do niedopuszczenia do konkursu materiałów, które są niezgodne z tematyką konkursu, naruszają prawa innych osób lub zawierają treści niewłaściwe.</w:t>
      </w:r>
    </w:p>
    <w:p>
      <w:pPr>
        <w:spacing w:after="60" w:line="252" w:lineRule="auto"/>
      </w:pPr>
      <w:r>
        <w:t>W sprawach nieuregulowanych niniejszym Regulaminem decyzję podejmuje Organizator.</w:t>
      </w:r>
    </w:p>
    <w:p>
      <w:pPr>
        <w:spacing w:after="60" w:line="252" w:lineRule="auto"/>
      </w:pPr>
      <w:r>
        <w:t>Regulamin jest dostępny u Organizatora oraz w miejscu wskazanym przez szkołę.</w:t>
      </w:r>
    </w:p>
    <w:p>
      <w:pPr>
        <w:spacing w:before="200"/>
        <w:jc w:val="center"/>
      </w:pPr>
      <w:r>
        <w:rPr>
          <w:b/>
          <w:i/>
          <w:color w:val="1F4E79"/>
          <w:sz w:val="22"/>
        </w:rPr>
        <w:t>„Podziel się swoim doświadczeniem – zainspiruj innych do wyjazdu z Erasmus+!”</w:t>
      </w:r>
    </w:p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sz w:val="18"/>
              </w:rPr>
              <w:t>................................................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sz w:val="18"/>
              </w:rPr>
              <w:t>................................................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rPr>
                <w:sz w:val="18"/>
              </w:rPr>
              <w:t>data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sz w:val="18"/>
              </w:rPr>
              <w:t>podpis Organizatora</w:t>
            </w:r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